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00" w:after="20" w:line="240" w:lineRule="auto"/>
      </w:pPr>
      <w:r>
        <w:rPr>
          <w:rFonts w:ascii="Arial" w:hAnsi="Arial"/>
          <w:b/>
          <w:i w:val="0"/>
          <w:color w:val="70434E"/>
          <w:sz w:val="40"/>
        </w:rPr>
        <w:t>REKLAMAČNÍ FORMULÁŘ</w:t>
      </w:r>
    </w:p>
    <w:p>
      <w:pPr>
        <w:keepNext w:val="0"/>
        <w:spacing w:before="0" w:after="80" w:line="240" w:lineRule="auto"/>
      </w:pPr>
      <w:r>
        <w:rPr>
          <w:rFonts w:ascii="Arial" w:hAnsi="Arial"/>
          <w:b w:val="0"/>
          <w:i w:val="0"/>
          <w:color w:val="6F696B"/>
          <w:sz w:val="19"/>
        </w:rPr>
        <w:t>Uplatnění práva z vadného plnění</w:t>
      </w:r>
    </w:p>
    <w:tbl>
      <w:tblPr>
        <w:tblW w:type="dxa" w:w="10205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100"/>
        <w:gridCol w:w="8105"/>
      </w:tblGrid>
      <w:tr>
        <w:tc>
          <w:tcPr>
            <w:tcW w:type="dxa" w:w="2100"/>
            <w:shd w:fill="A06A78"/>
            <w:tcMar>
              <w:top w:w="95" w:type="dxa"/>
              <w:start w:w="110" w:type="dxa"/>
              <w:bottom w:w="95" w:type="dxa"/>
              <w:end w:w="11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PRODEJCE</w:t>
            </w:r>
          </w:p>
        </w:tc>
        <w:tc>
          <w:tcPr>
            <w:tcW w:type="dxa" w:w="8105"/>
            <w:shd w:fill="F7EFF1"/>
            <w:tcMar>
              <w:top w:w="95" w:type="dxa"/>
              <w:start w:w="110" w:type="dxa"/>
              <w:bottom w:w="95" w:type="dxa"/>
              <w:end w:w="110" w:type="dxa"/>
            </w:tcMar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70434E"/>
                <w:sz w:val="18"/>
              </w:rPr>
              <w:t>AMOENÉ s.r.o.</w:t>
            </w:r>
            <w:r>
              <w:rPr>
                <w:rFonts w:ascii="Arial" w:hAnsi="Arial"/>
                <w:b w:val="0"/>
                <w:i w:val="0"/>
                <w:color w:val="2D292A"/>
                <w:sz w:val="16"/>
              </w:rPr>
              <w:t xml:space="preserve">  |  Freudova 415, 742 58 Příbor  |  IČO 25868501</w:t>
            </w:r>
          </w:p>
        </w:tc>
      </w:tr>
    </w:tbl>
    <w:p>
      <w:pPr>
        <w:keepNext w:val="0"/>
        <w:spacing w:before="60" w:after="20" w:line="264" w:lineRule="auto"/>
      </w:pPr>
      <w:r>
        <w:rPr>
          <w:rFonts w:ascii="Arial" w:hAnsi="Arial"/>
          <w:b w:val="0"/>
          <w:i w:val="0"/>
          <w:color w:val="6F696B"/>
          <w:sz w:val="16"/>
        </w:rPr>
        <w:t>Vyplněný formulář pošlete na marketing@amoene.cz. Uveďte vadu a požadovaný způsob vyřízení. Doklad o nákupu přiložte, pokud jej máte k dispozici; pomůže rychlému dohledání objednávky.</w:t>
      </w:r>
    </w:p>
    <w:p>
      <w:pPr>
        <w:keepNext/>
        <w:spacing w:before="100" w:after="60" w:line="240" w:lineRule="auto"/>
        <w:pBdr>
          <w:bottom w:val="single" w:sz="8" w:space="3" w:color="A06A78"/>
        </w:pBdr>
      </w:pPr>
      <w:r>
        <w:rPr>
          <w:rFonts w:ascii="Arial" w:hAnsi="Arial"/>
          <w:b/>
          <w:i w:val="0"/>
          <w:color w:val="A06A78"/>
          <w:sz w:val="21"/>
        </w:rPr>
        <w:t xml:space="preserve">1  </w:t>
      </w:r>
      <w:r>
        <w:rPr>
          <w:rFonts w:ascii="Arial" w:hAnsi="Arial"/>
          <w:b/>
          <w:i w:val="0"/>
          <w:color w:val="70434E"/>
          <w:sz w:val="21"/>
        </w:rPr>
        <w:t>ZÁKAZNÍK</w:t>
      </w:r>
    </w:p>
    <w:tbl>
      <w:tblPr>
        <w:tblW w:type="dxa" w:w="10205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550"/>
        <w:gridCol w:w="7655"/>
      </w:tblGrid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Jméno a příjmení / firma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Adresa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E-mail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Telefon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</w:tbl>
    <w:p>
      <w:pPr>
        <w:keepNext/>
        <w:spacing w:before="100" w:after="60" w:line="240" w:lineRule="auto"/>
        <w:pBdr>
          <w:bottom w:val="single" w:sz="8" w:space="3" w:color="A06A78"/>
        </w:pBdr>
      </w:pPr>
      <w:r>
        <w:rPr>
          <w:rFonts w:ascii="Arial" w:hAnsi="Arial"/>
          <w:b/>
          <w:i w:val="0"/>
          <w:color w:val="A06A78"/>
          <w:sz w:val="21"/>
        </w:rPr>
        <w:t xml:space="preserve">2  </w:t>
      </w:r>
      <w:r>
        <w:rPr>
          <w:rFonts w:ascii="Arial" w:hAnsi="Arial"/>
          <w:b/>
          <w:i w:val="0"/>
          <w:color w:val="70434E"/>
          <w:sz w:val="21"/>
        </w:rPr>
        <w:t>OBJEDNÁVKA A VÝROBEK</w:t>
      </w:r>
    </w:p>
    <w:tbl>
      <w:tblPr>
        <w:tblW w:type="dxa" w:w="10205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550"/>
        <w:gridCol w:w="7655"/>
      </w:tblGrid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Číslo objednávky / faktury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Datum nákupu / převzetí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Název výrobku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Množství / varianta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Kupní cena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</w:tbl>
    <w:p>
      <w:pPr>
        <w:keepNext/>
        <w:spacing w:before="100" w:after="60" w:line="240" w:lineRule="auto"/>
        <w:pBdr>
          <w:bottom w:val="single" w:sz="8" w:space="3" w:color="A06A78"/>
        </w:pBdr>
      </w:pPr>
      <w:r>
        <w:rPr>
          <w:rFonts w:ascii="Arial" w:hAnsi="Arial"/>
          <w:b/>
          <w:i w:val="0"/>
          <w:color w:val="A06A78"/>
          <w:sz w:val="21"/>
        </w:rPr>
        <w:t xml:space="preserve">3  </w:t>
      </w:r>
      <w:r>
        <w:rPr>
          <w:rFonts w:ascii="Arial" w:hAnsi="Arial"/>
          <w:b/>
          <w:i w:val="0"/>
          <w:color w:val="70434E"/>
          <w:sz w:val="21"/>
        </w:rPr>
        <w:t>POPIS REKLAMACE</w:t>
      </w:r>
    </w:p>
    <w:tbl>
      <w:tblPr>
        <w:tblW w:type="dxa" w:w="10205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10205"/>
      </w:tblGrid>
      <w:tr>
        <w:tc>
          <w:tcPr>
            <w:tcW w:type="dxa" w:w="10205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7" w:color="D9CBCE"/>
              <w:start w:val="single" w:sz="7" w:color="D9CBCE"/>
              <w:bottom w:val="single" w:sz="7" w:color="D9CBCE"/>
              <w:end w:val="single" w:sz="7" w:color="D9CBCE"/>
            </w:tcBorders>
          </w:tcPr>
          <w:p>
            <w:pPr>
              <w:keepNext w:val="0"/>
              <w:spacing w:before="0" w:after="2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Popis vady a okolnosti jejího projevu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/>
                <w:color w:val="6F696B"/>
                <w:sz w:val="15"/>
              </w:rPr>
              <w:t>Uveďte, co přesně nefunguje nebo neodpovídá očekávaným vlastnostem a kdy jste vadu zjistili.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</w:r>
          </w:p>
        </w:tc>
      </w:tr>
    </w:tbl>
    <w:tbl>
      <w:tblPr>
        <w:tblW w:type="dxa" w:w="10205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5102"/>
        <w:gridCol w:w="5103"/>
      </w:tblGrid>
      <w:tr>
        <w:tc>
          <w:tcPr>
            <w:tcW w:type="dxa" w:w="10205"/>
            <w:gridSpan w:val="2"/>
            <w:shd w:fill="F7EFF1"/>
            <w:tcMar>
              <w:top w:w="65" w:type="dxa"/>
              <w:start w:w="95" w:type="dxa"/>
              <w:bottom w:w="65" w:type="dxa"/>
              <w:end w:w="95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70434E"/>
                <w:sz w:val="17"/>
              </w:rPr>
              <w:t>Požadovaný způsob vyřízení (označte jednu možnost)</w:t>
            </w:r>
          </w:p>
        </w:tc>
      </w:tr>
      <w:tr>
        <w:tc>
          <w:tcPr>
            <w:tcW w:type="dxa" w:w="5102"/>
            <w:tcMar>
              <w:top w:w="55" w:type="dxa"/>
              <w:start w:w="95" w:type="dxa"/>
              <w:bottom w:w="55" w:type="dxa"/>
              <w:end w:w="95" w:type="dxa"/>
            </w:tcMar>
            <w:tcBorders>
              <w:bottom w:val="single" w:sz="6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A06A78"/>
                <w:sz w:val="20"/>
              </w:rPr>
              <w:t xml:space="preserve">☐ </w:t>
            </w: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  <w:t>oprava výrobku</w:t>
            </w:r>
          </w:p>
        </w:tc>
        <w:tc>
          <w:tcPr>
            <w:tcW w:type="dxa" w:w="5103"/>
            <w:tcMar>
              <w:top w:w="55" w:type="dxa"/>
              <w:start w:w="95" w:type="dxa"/>
              <w:bottom w:w="55" w:type="dxa"/>
              <w:end w:w="95" w:type="dxa"/>
            </w:tcMar>
            <w:tcBorders>
              <w:bottom w:val="single" w:sz="6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A06A78"/>
                <w:sz w:val="20"/>
              </w:rPr>
              <w:t xml:space="preserve">☐ </w:t>
            </w: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  <w:t>dodání nového výrobku / výměna</w:t>
            </w:r>
          </w:p>
        </w:tc>
      </w:tr>
      <w:tr>
        <w:tc>
          <w:tcPr>
            <w:tcW w:type="dxa" w:w="5102"/>
            <w:tcMar>
              <w:top w:w="55" w:type="dxa"/>
              <w:start w:w="95" w:type="dxa"/>
              <w:bottom w:w="55" w:type="dxa"/>
              <w:end w:w="95" w:type="dxa"/>
            </w:tcMar>
            <w:tcBorders>
              <w:bottom w:val="single" w:sz="6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A06A78"/>
                <w:sz w:val="20"/>
              </w:rPr>
              <w:t xml:space="preserve">☐ </w:t>
            </w: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  <w:t>přiměřená sleva</w:t>
            </w:r>
          </w:p>
        </w:tc>
        <w:tc>
          <w:tcPr>
            <w:tcW w:type="dxa" w:w="5103"/>
            <w:tcMar>
              <w:top w:w="55" w:type="dxa"/>
              <w:start w:w="95" w:type="dxa"/>
              <w:bottom w:w="55" w:type="dxa"/>
              <w:end w:w="95" w:type="dxa"/>
            </w:tcMar>
            <w:tcBorders>
              <w:bottom w:val="single" w:sz="6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A06A78"/>
                <w:sz w:val="20"/>
              </w:rPr>
              <w:t xml:space="preserve">☐ </w:t>
            </w: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  <w:t>odstoupení od smlouvy a vrácení kupní ceny</w:t>
            </w:r>
          </w:p>
        </w:tc>
      </w:tr>
      <w:tr>
        <w:tc>
          <w:tcPr>
            <w:tcW w:type="dxa" w:w="5102"/>
            <w:tcMar>
              <w:top w:w="55" w:type="dxa"/>
              <w:start w:w="95" w:type="dxa"/>
              <w:bottom w:w="55" w:type="dxa"/>
              <w:end w:w="95" w:type="dxa"/>
            </w:tcMar>
            <w:tcBorders>
              <w:bottom w:val="single" w:sz="6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A06A78"/>
                <w:sz w:val="20"/>
              </w:rPr>
              <w:t xml:space="preserve">☐ </w:t>
            </w: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  <w:t>jiné: ____________________________________________</w:t>
            </w:r>
          </w:p>
        </w:tc>
        <w:tc>
          <w:tcPr>
            <w:tcW w:type="dxa" w:w="5103"/>
          </w:tcPr>
          <w:p/>
        </w:tc>
      </w:tr>
    </w:tbl>
    <w:p>
      <w:pPr>
        <w:keepNext/>
        <w:spacing w:before="100" w:after="60" w:line="240" w:lineRule="auto"/>
        <w:pBdr>
          <w:bottom w:val="single" w:sz="8" w:space="3" w:color="A06A78"/>
        </w:pBdr>
      </w:pPr>
      <w:r>
        <w:rPr>
          <w:rFonts w:ascii="Arial" w:hAnsi="Arial"/>
          <w:b/>
          <w:i w:val="0"/>
          <w:color w:val="A06A78"/>
          <w:sz w:val="21"/>
        </w:rPr>
        <w:t xml:space="preserve">4  </w:t>
      </w:r>
      <w:r>
        <w:rPr>
          <w:rFonts w:ascii="Arial" w:hAnsi="Arial"/>
          <w:b/>
          <w:i w:val="0"/>
          <w:color w:val="70434E"/>
          <w:sz w:val="21"/>
        </w:rPr>
        <w:t>PŘEDÁNÍ A PŘÍLOHY</w:t>
      </w:r>
    </w:p>
    <w:tbl>
      <w:tblPr>
        <w:tblW w:type="dxa" w:w="10205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5102"/>
        <w:gridCol w:w="5103"/>
      </w:tblGrid>
      <w:tr>
        <w:tc>
          <w:tcPr>
            <w:tcW w:type="dxa" w:w="10205"/>
            <w:gridSpan w:val="2"/>
            <w:shd w:fill="F7EFF1"/>
            <w:tcMar>
              <w:top w:w="65" w:type="dxa"/>
              <w:start w:w="95" w:type="dxa"/>
              <w:bottom w:w="65" w:type="dxa"/>
              <w:end w:w="95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70434E"/>
                <w:sz w:val="17"/>
              </w:rPr>
              <w:t>Předané podklady (označte)</w:t>
            </w:r>
          </w:p>
        </w:tc>
      </w:tr>
      <w:tr>
        <w:tc>
          <w:tcPr>
            <w:tcW w:type="dxa" w:w="5102"/>
            <w:tcMar>
              <w:top w:w="55" w:type="dxa"/>
              <w:start w:w="95" w:type="dxa"/>
              <w:bottom w:w="55" w:type="dxa"/>
              <w:end w:w="95" w:type="dxa"/>
            </w:tcMar>
            <w:tcBorders>
              <w:bottom w:val="single" w:sz="6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A06A78"/>
                <w:sz w:val="20"/>
              </w:rPr>
              <w:t xml:space="preserve">☐ </w:t>
            </w: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  <w:t>reklamovaný výrobek</w:t>
            </w:r>
          </w:p>
        </w:tc>
        <w:tc>
          <w:tcPr>
            <w:tcW w:type="dxa" w:w="5103"/>
            <w:tcMar>
              <w:top w:w="55" w:type="dxa"/>
              <w:start w:w="95" w:type="dxa"/>
              <w:bottom w:w="55" w:type="dxa"/>
              <w:end w:w="95" w:type="dxa"/>
            </w:tcMar>
            <w:tcBorders>
              <w:bottom w:val="single" w:sz="6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A06A78"/>
                <w:sz w:val="20"/>
              </w:rPr>
              <w:t xml:space="preserve">☐ </w:t>
            </w: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  <w:t>kopie dokladu o nákupu</w:t>
            </w:r>
          </w:p>
        </w:tc>
      </w:tr>
      <w:tr>
        <w:tc>
          <w:tcPr>
            <w:tcW w:type="dxa" w:w="5102"/>
            <w:tcMar>
              <w:top w:w="55" w:type="dxa"/>
              <w:start w:w="95" w:type="dxa"/>
              <w:bottom w:w="55" w:type="dxa"/>
              <w:end w:w="95" w:type="dxa"/>
            </w:tcMar>
            <w:tcBorders>
              <w:bottom w:val="single" w:sz="6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A06A78"/>
                <w:sz w:val="20"/>
              </w:rPr>
              <w:t xml:space="preserve">☐ </w:t>
            </w: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  <w:t>fotografie / video</w:t>
            </w:r>
          </w:p>
        </w:tc>
        <w:tc>
          <w:tcPr>
            <w:tcW w:type="dxa" w:w="5103"/>
            <w:tcMar>
              <w:top w:w="55" w:type="dxa"/>
              <w:start w:w="95" w:type="dxa"/>
              <w:bottom w:w="55" w:type="dxa"/>
              <w:end w:w="95" w:type="dxa"/>
            </w:tcMar>
            <w:tcBorders>
              <w:bottom w:val="single" w:sz="6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A06A78"/>
                <w:sz w:val="20"/>
              </w:rPr>
              <w:t xml:space="preserve">☐ </w:t>
            </w: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  <w:t>jiné: ____________________________________________</w:t>
            </w:r>
          </w:p>
        </w:tc>
      </w:tr>
    </w:tbl>
    <w:tbl>
      <w:tblPr>
        <w:tblW w:type="dxa" w:w="10205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550"/>
        <w:gridCol w:w="7655"/>
      </w:tblGrid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Způsob předání výrobku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  <w:t>osobně / dopravcem / po dohodě jinak</w:t>
            </w:r>
          </w:p>
        </w:tc>
      </w:tr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Datum odeslání / předání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Poznámka k zásilce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</w:tbl>
    <w:p>
      <w:pPr>
        <w:keepNext/>
        <w:spacing w:before="100" w:after="60" w:line="240" w:lineRule="auto"/>
        <w:pBdr>
          <w:bottom w:val="single" w:sz="8" w:space="3" w:color="A06A78"/>
        </w:pBdr>
      </w:pPr>
      <w:r>
        <w:rPr>
          <w:rFonts w:ascii="Arial" w:hAnsi="Arial"/>
          <w:b/>
          <w:i w:val="0"/>
          <w:color w:val="A06A78"/>
          <w:sz w:val="21"/>
        </w:rPr>
        <w:t xml:space="preserve">5  </w:t>
      </w:r>
      <w:r>
        <w:rPr>
          <w:rFonts w:ascii="Arial" w:hAnsi="Arial"/>
          <w:b/>
          <w:i w:val="0"/>
          <w:color w:val="70434E"/>
          <w:sz w:val="21"/>
        </w:rPr>
        <w:t>ÚDAJE PRO PŘÍPADNÉ VRÁCENÍ PENĚZ</w:t>
      </w:r>
    </w:p>
    <w:p>
      <w:pPr>
        <w:keepNext w:val="0"/>
        <w:spacing w:before="20" w:after="40" w:line="252" w:lineRule="auto"/>
      </w:pPr>
      <w:r>
        <w:rPr>
          <w:rFonts w:ascii="Arial" w:hAnsi="Arial"/>
          <w:b w:val="0"/>
          <w:i/>
          <w:color w:val="6F696B"/>
          <w:sz w:val="16"/>
        </w:rPr>
        <w:t>Vyplňte pouze tehdy, žádáte-li vrácení peněz převodem. Údaj bude použit výhradně k vyřízení vašeho požadavku.</w:t>
      </w:r>
    </w:p>
    <w:tbl>
      <w:tblPr>
        <w:tblW w:type="dxa" w:w="10205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550"/>
        <w:gridCol w:w="7655"/>
      </w:tblGrid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Číslo účtu / kód banky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</w:tbl>
    <w:p>
      <w:r>
        <w:br w:type="page"/>
      </w:r>
    </w:p>
    <w:p>
      <w:pPr>
        <w:keepNext/>
        <w:spacing w:before="100" w:after="60" w:line="240" w:lineRule="auto"/>
        <w:pBdr>
          <w:bottom w:val="single" w:sz="8" w:space="3" w:color="A06A78"/>
        </w:pBdr>
      </w:pPr>
      <w:r>
        <w:rPr>
          <w:rFonts w:ascii="Arial" w:hAnsi="Arial"/>
          <w:b/>
          <w:i w:val="0"/>
          <w:color w:val="A06A78"/>
          <w:sz w:val="21"/>
        </w:rPr>
        <w:t xml:space="preserve">6  </w:t>
      </w:r>
      <w:r>
        <w:rPr>
          <w:rFonts w:ascii="Arial" w:hAnsi="Arial"/>
          <w:b/>
          <w:i w:val="0"/>
          <w:color w:val="70434E"/>
          <w:sz w:val="21"/>
        </w:rPr>
        <w:t>POTVRZENÍ ZÁKAZNÍKA</w:t>
      </w:r>
    </w:p>
    <w:p>
      <w:pPr>
        <w:keepNext w:val="0"/>
        <w:spacing w:before="20" w:after="40" w:line="264" w:lineRule="auto"/>
      </w:pPr>
      <w:r>
        <w:rPr>
          <w:rFonts w:ascii="Arial" w:hAnsi="Arial"/>
          <w:b w:val="0"/>
          <w:i w:val="0"/>
          <w:color w:val="2D292A"/>
          <w:sz w:val="17"/>
        </w:rPr>
        <w:t>Potvrzuji, že výše uvedené údaje jsou pravdivé a že jsem reklamaci uplatnil(a) v uvedeném rozsahu.</w:t>
      </w:r>
    </w:p>
    <w:tbl>
      <w:tblPr>
        <w:tblW w:type="dxa" w:w="10205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5000"/>
        <w:gridCol w:w="5205"/>
      </w:tblGrid>
      <w:tr>
        <w:tc>
          <w:tcPr>
            <w:tcW w:type="dxa" w:w="5000"/>
            <w:tcMar>
              <w:top w:w="260" w:type="dxa"/>
              <w:start w:w="70" w:type="dxa"/>
              <w:bottom w:w="55" w:type="dxa"/>
              <w:end w:w="70" w:type="dxa"/>
            </w:tcMar>
            <w:tcBorders>
              <w:bottom w:val="single" w:sz="6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6"/>
              </w:rPr>
              <w:t>Datum</w:t>
            </w:r>
          </w:p>
        </w:tc>
        <w:tc>
          <w:tcPr>
            <w:tcW w:type="dxa" w:w="5205"/>
            <w:tcMar>
              <w:top w:w="260" w:type="dxa"/>
              <w:start w:w="70" w:type="dxa"/>
              <w:bottom w:w="55" w:type="dxa"/>
              <w:end w:w="70" w:type="dxa"/>
            </w:tcMar>
            <w:tcBorders>
              <w:bottom w:val="single" w:sz="6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6"/>
              </w:rPr>
              <w:t>Podpis zákazníka (při listinném podání)</w:t>
            </w:r>
          </w:p>
        </w:tc>
      </w:tr>
    </w:tbl>
    <w:p>
      <w:pPr>
        <w:keepNext/>
        <w:spacing w:before="100" w:after="60" w:line="240" w:lineRule="auto"/>
        <w:pBdr>
          <w:bottom w:val="single" w:sz="8" w:space="3" w:color="A06A78"/>
        </w:pBdr>
      </w:pPr>
      <w:r>
        <w:rPr>
          <w:rFonts w:ascii="Arial" w:hAnsi="Arial"/>
          <w:b/>
          <w:i w:val="0"/>
          <w:color w:val="A06A78"/>
          <w:sz w:val="21"/>
        </w:rPr>
        <w:t xml:space="preserve">7  </w:t>
      </w:r>
      <w:r>
        <w:rPr>
          <w:rFonts w:ascii="Arial" w:hAnsi="Arial"/>
          <w:b/>
          <w:i w:val="0"/>
          <w:color w:val="70434E"/>
          <w:sz w:val="21"/>
        </w:rPr>
        <w:t>VYPLNÍ PRODEJCE</w:t>
      </w:r>
    </w:p>
    <w:tbl>
      <w:tblPr>
        <w:tblW w:type="dxa" w:w="10205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550"/>
        <w:gridCol w:w="7655"/>
      </w:tblGrid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Datum přijetí reklamace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Číslo reklamačního protokolu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Převzaté podklady / výrobek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Požadavek zákazníka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</w:tbl>
    <w:tbl>
      <w:tblPr>
        <w:tblW w:type="dxa" w:w="10205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10205"/>
      </w:tblGrid>
      <w:tr>
        <w:tc>
          <w:tcPr>
            <w:tcW w:type="dxa" w:w="10205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7" w:color="D9CBCE"/>
              <w:start w:val="single" w:sz="7" w:color="D9CBCE"/>
              <w:bottom w:val="single" w:sz="7" w:color="D9CBCE"/>
              <w:end w:val="single" w:sz="7" w:color="D9CBCE"/>
            </w:tcBorders>
          </w:tcPr>
          <w:p>
            <w:pPr>
              <w:keepNext w:val="0"/>
              <w:spacing w:before="0" w:after="2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Způsob a výsledek vyřízení reklamace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7"/>
              </w:rPr>
            </w:r>
          </w:p>
        </w:tc>
      </w:tr>
    </w:tbl>
    <w:tbl>
      <w:tblPr>
        <w:tblW w:type="dxa" w:w="10205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550"/>
        <w:gridCol w:w="7655"/>
      </w:tblGrid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Datum vyřízení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Datum vyrozumění zákazníka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</w:r>
          </w:p>
        </w:tc>
      </w:tr>
      <w:tr>
        <w:trPr>
          <w:trHeight w:val="295"/>
        </w:trPr>
        <w:tc>
          <w:tcPr>
            <w:tcW w:type="dxa" w:w="2550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7"/>
              </w:rPr>
              <w:t>Způsob předání výsledku</w:t>
            </w:r>
          </w:p>
        </w:tc>
        <w:tc>
          <w:tcPr>
            <w:tcW w:type="dxa" w:w="7655"/>
            <w:vAlign w:val="center"/>
            <w:tcMar>
              <w:top w:w="45" w:type="dxa"/>
              <w:start w:w="70" w:type="dxa"/>
              <w:bottom w:w="45" w:type="dxa"/>
              <w:end w:w="70" w:type="dxa"/>
            </w:tcMar>
            <w:tcBorders>
              <w:bottom w:val="single" w:sz="5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D292A"/>
                <w:sz w:val="18"/>
              </w:rPr>
              <w:t>e-mail / telefon / osobně / jinak</w:t>
            </w:r>
          </w:p>
        </w:tc>
      </w:tr>
    </w:tbl>
    <w:tbl>
      <w:tblPr>
        <w:tblW w:type="dxa" w:w="10205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5000"/>
        <w:gridCol w:w="5205"/>
      </w:tblGrid>
      <w:tr>
        <w:tc>
          <w:tcPr>
            <w:tcW w:type="dxa" w:w="5000"/>
            <w:tcMar>
              <w:top w:w="260" w:type="dxa"/>
              <w:start w:w="70" w:type="dxa"/>
              <w:bottom w:w="55" w:type="dxa"/>
              <w:end w:w="70" w:type="dxa"/>
            </w:tcMar>
            <w:tcBorders>
              <w:bottom w:val="single" w:sz="6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6"/>
              </w:rPr>
              <w:t>Jméno pracovníka</w:t>
            </w:r>
          </w:p>
        </w:tc>
        <w:tc>
          <w:tcPr>
            <w:tcW w:type="dxa" w:w="5205"/>
            <w:tcMar>
              <w:top w:w="260" w:type="dxa"/>
              <w:start w:w="70" w:type="dxa"/>
              <w:bottom w:w="55" w:type="dxa"/>
              <w:end w:w="70" w:type="dxa"/>
            </w:tcMar>
            <w:tcBorders>
              <w:bottom w:val="single" w:sz="6" w:color="D9CBC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6F696B"/>
                <w:sz w:val="16"/>
              </w:rPr>
              <w:t>Podpis / razítko</w:t>
            </w:r>
          </w:p>
        </w:tc>
      </w:tr>
    </w:tbl>
    <w:p>
      <w:pPr>
        <w:keepNext w:val="0"/>
        <w:spacing w:before="80" w:after="0" w:line="240" w:lineRule="auto"/>
        <w:jc w:val="center"/>
      </w:pPr>
      <w:r>
        <w:rPr>
          <w:rFonts w:ascii="Arial" w:hAnsi="Arial"/>
          <w:b w:val="0"/>
          <w:i/>
          <w:color w:val="6F696B"/>
          <w:sz w:val="14"/>
        </w:rPr>
        <w:t>Formulář usnadňuje uplatnění reklamace; neomezuje zákonná práva zákazníka. Prodejce vydá potvrzení o přijetí reklamace a o jejím vyřízení.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850" w:bottom="794" w:left="85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center"/>
    </w:pPr>
    <w:r>
      <w:rPr>
        <w:rFonts w:ascii="Arial" w:hAnsi="Arial"/>
        <w:b w:val="0"/>
        <w:i w:val="0"/>
        <w:color w:val="6F696B"/>
        <w:sz w:val="14"/>
      </w:rPr>
      <w:t xml:space="preserve">AMOENÉ s.r.o.  •  IČO 25868501  •  marketing@amoene.cz  •  +420 720 403 443  •  strana </w:t>
    </w:r>
    <w:r>
      <w:rPr>
        <w:rFonts w:ascii="Arial" w:hAnsi="Arial"/>
        <w:b w:val="0"/>
        <w:i w:val="0"/>
        <w:color w:val="6F696B"/>
        <w:sz w:val="14"/>
      </w:rPr>
      <w:fldChar w:fldCharType="begin"/>
      <w:instrText xml:space="preserve">PAGE</w:instrText>
      <w:fldChar w:fldCharType="end"/>
    </w:r>
    <w:r>
      <w:rPr>
        <w:rFonts w:ascii="Arial" w:hAnsi="Arial"/>
        <w:b w:val="0"/>
        <w:i w:val="0"/>
        <w:color w:val="6F696B"/>
        <w:sz w:val="14"/>
      </w:rPr>
      <w:t>/</w:t>
    </w:r>
    <w:r>
      <w:rPr>
        <w:rFonts w:ascii="Arial" w:hAnsi="Arial"/>
        <w:b w:val="0"/>
        <w:i w:val="0"/>
        <w:color w:val="6F696B"/>
        <w:sz w:val="14"/>
      </w:rP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205"/>
      <w:jc w:val="center"/>
      <w:tblLayout w:type="fixed"/>
      <w:tblLook w:firstColumn="1" w:firstRow="1" w:lastColumn="0" w:lastRow="0" w:noHBand="0" w:noVBand="1" w:val="04A0"/>
      <w:tblInd w:w="0" w:type="dxa"/>
    </w:tblPr>
    <w:tblGrid>
      <w:gridCol w:w="5400"/>
      <w:gridCol w:w="4805"/>
    </w:tblGrid>
    <w:tr>
      <w:tc>
        <w:tcPr>
          <w:tcW w:type="dxa" w:w="5400"/>
          <w:tcMar>
            <w:top w:w="20" w:type="dxa"/>
            <w:start w:w="0" w:type="dxa"/>
            <w:bottom w:w="55" w:type="dxa"/>
            <w:end w:w="0" w:type="dxa"/>
          </w:tcMar>
          <w:tcBorders>
            <w:bottom w:val="single" w:sz="9" w:color="A06A78"/>
          </w:tcBorders>
        </w:tcPr>
        <w:p>
          <w:pPr>
            <w:keepNext w:val="0"/>
            <w:spacing w:before="0" w:after="0" w:line="240" w:lineRule="auto"/>
          </w:pPr>
          <w:r>
            <w:rPr>
              <w:rFonts w:ascii="Arial" w:hAnsi="Arial"/>
              <w:b/>
              <w:i w:val="0"/>
              <w:color w:val="A06A78"/>
              <w:sz w:val="24"/>
            </w:rPr>
            <w:t>AMOENÉ</w:t>
          </w:r>
          <w:r>
            <w:rPr>
              <w:rFonts w:ascii="Arial" w:hAnsi="Arial"/>
              <w:b w:val="0"/>
              <w:i w:val="0"/>
              <w:color w:val="6F696B"/>
              <w:sz w:val="16"/>
            </w:rPr>
            <w:t xml:space="preserve">  česká kosmetika a dezinfekce</w:t>
          </w:r>
        </w:p>
      </w:tc>
      <w:tc>
        <w:tcPr>
          <w:tcW w:type="dxa" w:w="4805"/>
          <w:tcMar>
            <w:top w:w="20" w:type="dxa"/>
            <w:start w:w="0" w:type="dxa"/>
            <w:bottom w:w="55" w:type="dxa"/>
            <w:end w:w="0" w:type="dxa"/>
          </w:tcMar>
          <w:tcBorders>
            <w:bottom w:val="single" w:sz="9" w:color="A06A78"/>
          </w:tcBorders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rial" w:hAnsi="Arial"/>
              <w:b/>
              <w:i w:val="0"/>
              <w:color w:val="70434E"/>
              <w:sz w:val="17"/>
            </w:rPr>
            <w:t>amoeneshop.cz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color w:val="2D292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